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A633D" w:rsidRDefault="00000000">
      <w:pPr>
        <w:jc w:val="center"/>
      </w:pPr>
      <w:r>
        <w:rPr>
          <w:b/>
          <w:sz w:val="32"/>
        </w:rPr>
        <w:t>LEMBAR KERJA PESERTA DIDIK (LKPD)</w:t>
      </w:r>
    </w:p>
    <w:p w:rsidR="000A633D" w:rsidRDefault="00000000">
      <w:pPr>
        <w:jc w:val="center"/>
      </w:pPr>
      <w:r>
        <w:rPr>
          <w:b/>
          <w:sz w:val="28"/>
        </w:rPr>
        <w:t>ADMINISTRASI SISTEM JARINGAN</w:t>
      </w:r>
    </w:p>
    <w:p w:rsidR="000A633D" w:rsidRDefault="00000000">
      <w:pPr>
        <w:jc w:val="center"/>
      </w:pPr>
      <w:r>
        <w:rPr>
          <w:b/>
          <w:sz w:val="24"/>
        </w:rPr>
        <w:t>Kelas XI TKJ 4</w:t>
      </w:r>
    </w:p>
    <w:p w:rsidR="000A633D" w:rsidRDefault="000A633D"/>
    <w:tbl>
      <w:tblPr>
        <w:tblStyle w:val="TableGrid"/>
        <w:tblW w:w="0" w:type="auto"/>
        <w:jc w:val="center"/>
        <w:tblLook w:val="04A0" w:firstRow="1" w:lastRow="0" w:firstColumn="1" w:lastColumn="0" w:noHBand="0" w:noVBand="1"/>
      </w:tblPr>
      <w:tblGrid>
        <w:gridCol w:w="4986"/>
        <w:gridCol w:w="4986"/>
      </w:tblGrid>
      <w:tr w:rsidR="000A633D">
        <w:trPr>
          <w:jc w:val="center"/>
        </w:trPr>
        <w:tc>
          <w:tcPr>
            <w:tcW w:w="4986" w:type="dxa"/>
            <w:shd w:val="clear" w:color="auto" w:fill="D9EAF7"/>
            <w:vAlign w:val="center"/>
          </w:tcPr>
          <w:p w:rsidR="000A633D" w:rsidRDefault="00000000">
            <w:r>
              <w:rPr>
                <w:b/>
              </w:rPr>
              <w:t>Identitas</w:t>
            </w:r>
          </w:p>
        </w:tc>
        <w:tc>
          <w:tcPr>
            <w:tcW w:w="4986" w:type="dxa"/>
            <w:shd w:val="clear" w:color="auto" w:fill="D9EAF7"/>
            <w:vAlign w:val="center"/>
          </w:tcPr>
          <w:p w:rsidR="000A633D" w:rsidRDefault="00000000">
            <w:r>
              <w:rPr>
                <w:b/>
              </w:rPr>
              <w:t>Keterangan</w:t>
            </w:r>
          </w:p>
        </w:tc>
      </w:tr>
      <w:tr w:rsidR="000A633D">
        <w:trPr>
          <w:jc w:val="center"/>
        </w:trPr>
        <w:tc>
          <w:tcPr>
            <w:tcW w:w="4986" w:type="dxa"/>
          </w:tcPr>
          <w:p w:rsidR="000A633D" w:rsidRDefault="00000000">
            <w:r>
              <w:t>Nama Siswa</w:t>
            </w:r>
          </w:p>
        </w:tc>
        <w:tc>
          <w:tcPr>
            <w:tcW w:w="4986" w:type="dxa"/>
          </w:tcPr>
          <w:p w:rsidR="000A633D" w:rsidRDefault="00000000">
            <w:r>
              <w:t>........................................................</w:t>
            </w:r>
          </w:p>
        </w:tc>
      </w:tr>
      <w:tr w:rsidR="000A633D">
        <w:trPr>
          <w:jc w:val="center"/>
        </w:trPr>
        <w:tc>
          <w:tcPr>
            <w:tcW w:w="4986" w:type="dxa"/>
          </w:tcPr>
          <w:p w:rsidR="000A633D" w:rsidRDefault="00000000">
            <w:r>
              <w:t>Kelas</w:t>
            </w:r>
          </w:p>
        </w:tc>
        <w:tc>
          <w:tcPr>
            <w:tcW w:w="4986" w:type="dxa"/>
          </w:tcPr>
          <w:p w:rsidR="000A633D" w:rsidRDefault="00000000">
            <w:r>
              <w:t>XI TKJ 4</w:t>
            </w:r>
          </w:p>
        </w:tc>
      </w:tr>
      <w:tr w:rsidR="000A633D">
        <w:trPr>
          <w:jc w:val="center"/>
        </w:trPr>
        <w:tc>
          <w:tcPr>
            <w:tcW w:w="4986" w:type="dxa"/>
          </w:tcPr>
          <w:p w:rsidR="000A633D" w:rsidRDefault="00000000">
            <w:r>
              <w:t>No. Absen</w:t>
            </w:r>
          </w:p>
        </w:tc>
        <w:tc>
          <w:tcPr>
            <w:tcW w:w="4986" w:type="dxa"/>
          </w:tcPr>
          <w:p w:rsidR="000A633D" w:rsidRDefault="00000000">
            <w:r>
              <w:t>........................................................</w:t>
            </w:r>
          </w:p>
        </w:tc>
      </w:tr>
      <w:tr w:rsidR="000A633D">
        <w:trPr>
          <w:jc w:val="center"/>
        </w:trPr>
        <w:tc>
          <w:tcPr>
            <w:tcW w:w="4986" w:type="dxa"/>
          </w:tcPr>
          <w:p w:rsidR="000A633D" w:rsidRDefault="00000000">
            <w:r>
              <w:t>Hari/Tanggal</w:t>
            </w:r>
          </w:p>
        </w:tc>
        <w:tc>
          <w:tcPr>
            <w:tcW w:w="4986" w:type="dxa"/>
          </w:tcPr>
          <w:p w:rsidR="000A633D" w:rsidRDefault="00000000">
            <w:r>
              <w:t>........................................................</w:t>
            </w:r>
          </w:p>
        </w:tc>
      </w:tr>
    </w:tbl>
    <w:p w:rsidR="000A633D" w:rsidRDefault="00000000">
      <w:pPr>
        <w:pStyle w:val="Heading1"/>
      </w:pPr>
      <w:r>
        <w:t>A. JUDUL KEGIATAN</w:t>
      </w:r>
    </w:p>
    <w:p w:rsidR="000A633D" w:rsidRDefault="00000000">
      <w:r>
        <w:t>Instalasi dan Konfigurasi Debian 12 sebagai Server</w:t>
      </w:r>
    </w:p>
    <w:p w:rsidR="000A633D" w:rsidRDefault="00000000">
      <w:pPr>
        <w:pStyle w:val="Heading1"/>
      </w:pPr>
      <w:r>
        <w:t>B. TUJUAN PEMBELAJARAN</w:t>
      </w:r>
    </w:p>
    <w:p w:rsidR="000A633D" w:rsidRDefault="00000000">
      <w:pPr>
        <w:pStyle w:val="ListBullet"/>
      </w:pPr>
      <w:r>
        <w:t>Menjelaskan fungsi sistem operasi server Debian.</w:t>
      </w:r>
    </w:p>
    <w:p w:rsidR="000A633D" w:rsidRDefault="00000000">
      <w:pPr>
        <w:pStyle w:val="ListBullet"/>
      </w:pPr>
      <w:r>
        <w:t>Melakukan instalasi Debian 12 pada mesin virtual.</w:t>
      </w:r>
    </w:p>
    <w:p w:rsidR="000A633D" w:rsidRDefault="00000000">
      <w:pPr>
        <w:pStyle w:val="ListBullet"/>
      </w:pPr>
      <w:r>
        <w:t>Melakukan konfigurasi jaringan menggunakan DHCP Client.</w:t>
      </w:r>
    </w:p>
    <w:p w:rsidR="000A633D" w:rsidRDefault="00000000">
      <w:pPr>
        <w:pStyle w:val="ListBullet"/>
      </w:pPr>
      <w:r>
        <w:t>Memeriksa konfigurasi dan konektivitas jaringan Debian.</w:t>
      </w:r>
    </w:p>
    <w:p w:rsidR="000A633D" w:rsidRDefault="00000000">
      <w:pPr>
        <w:pStyle w:val="ListBullet"/>
      </w:pPr>
      <w:r>
        <w:t>Melakukan instalasi SSH Server.</w:t>
      </w:r>
    </w:p>
    <w:p w:rsidR="000A633D" w:rsidRDefault="00000000">
      <w:pPr>
        <w:pStyle w:val="ListBullet"/>
      </w:pPr>
      <w:r>
        <w:t>Menguji koneksi SSH dari komputer client Windows.</w:t>
      </w:r>
    </w:p>
    <w:p w:rsidR="000A633D" w:rsidRDefault="00000000">
      <w:pPr>
        <w:pStyle w:val="ListBullet"/>
      </w:pPr>
      <w:r>
        <w:t>Melakukan troubleshooting sederhana apabila koneksi SSH tidak berhasil.</w:t>
      </w:r>
    </w:p>
    <w:p w:rsidR="000A633D" w:rsidRDefault="00000000">
      <w:pPr>
        <w:pStyle w:val="Heading1"/>
      </w:pPr>
      <w:r>
        <w:t>C. DASAR TEORI</w:t>
      </w:r>
    </w:p>
    <w:p w:rsidR="000A633D" w:rsidRDefault="00000000">
      <w:pPr>
        <w:pStyle w:val="Heading2"/>
      </w:pPr>
      <w:r>
        <w:t>1. Debian 12</w:t>
      </w:r>
    </w:p>
    <w:p w:rsidR="000A633D" w:rsidRDefault="00000000">
      <w:r>
        <w:t>Debian 12 merupakan sistem operasi Linux yang dapat digunakan sebagai sistem operasi server. Debian dapat menjalankan berbagai layanan jaringan seperti Web Server, DNS Server, DHCP Server, File Server, Database Server, dan SSH Server.</w:t>
      </w:r>
    </w:p>
    <w:p w:rsidR="000A633D" w:rsidRDefault="00000000">
      <w:pPr>
        <w:pStyle w:val="Heading2"/>
      </w:pPr>
      <w:r>
        <w:t>2. DHCP Client</w:t>
      </w:r>
    </w:p>
    <w:p w:rsidR="000A633D" w:rsidRDefault="00000000">
      <w:r>
        <w:t>DHCP Client adalah konfigurasi yang membuat komputer memperoleh alamat IP secara otomatis dari DHCP Server. Dengan DHCP Client, IP address, gateway, dan informasi jaringan dapat diperoleh secara otomatis.</w:t>
      </w:r>
    </w:p>
    <w:p w:rsidR="000A633D" w:rsidRDefault="00000000">
      <w:pPr>
        <w:pStyle w:val="Heading2"/>
      </w:pPr>
      <w:r>
        <w:t>3. SSH</w:t>
      </w:r>
    </w:p>
    <w:p w:rsidR="000A633D" w:rsidRDefault="00000000">
      <w:r>
        <w:t>SSH (Secure Shell) adalah protokol untuk melakukan remote login ke komputer atau server melalui jaringan secara aman. Pada praktik ini SSH digunakan untuk mengakses Debian dari komputer Windows.</w:t>
      </w:r>
    </w:p>
    <w:p w:rsidR="000A633D" w:rsidRDefault="00000000">
      <w:pPr>
        <w:pStyle w:val="Heading1"/>
      </w:pPr>
      <w:r>
        <w:t>D. ALAT DAN BAHAN</w:t>
      </w:r>
    </w:p>
    <w:p w:rsidR="000A633D" w:rsidRDefault="00000000">
      <w:pPr>
        <w:pStyle w:val="ListBullet"/>
      </w:pPr>
      <w:r>
        <w:t>Komputer/Laptop</w:t>
      </w:r>
    </w:p>
    <w:p w:rsidR="000A633D" w:rsidRDefault="00000000">
      <w:pPr>
        <w:pStyle w:val="ListBullet"/>
      </w:pPr>
      <w:r>
        <w:t>Jaringan LAN/WiFi</w:t>
      </w:r>
    </w:p>
    <w:p w:rsidR="000A633D" w:rsidRDefault="00000000">
      <w:pPr>
        <w:pStyle w:val="ListBullet"/>
      </w:pPr>
      <w:r>
        <w:lastRenderedPageBreak/>
        <w:t>VirtualBox</w:t>
      </w:r>
    </w:p>
    <w:p w:rsidR="000A633D" w:rsidRDefault="00000000">
      <w:pPr>
        <w:pStyle w:val="ListBullet"/>
      </w:pPr>
      <w:r>
        <w:t>File ISO Debian 12</w:t>
      </w:r>
    </w:p>
    <w:p w:rsidR="000A633D" w:rsidRDefault="00000000">
      <w:pPr>
        <w:pStyle w:val="ListBullet"/>
      </w:pPr>
      <w:r>
        <w:t>Windows sebagai komputer client</w:t>
      </w:r>
    </w:p>
    <w:p w:rsidR="000A633D" w:rsidRDefault="00000000">
      <w:pPr>
        <w:pStyle w:val="ListBullet"/>
      </w:pPr>
      <w:r>
        <w:t>PuTTY atau OpenSSH Client</w:t>
      </w:r>
    </w:p>
    <w:p w:rsidR="000A633D" w:rsidRDefault="00000000">
      <w:pPr>
        <w:pStyle w:val="Heading1"/>
      </w:pPr>
      <w:r>
        <w:t>E. KESELAMATAN KERJA</w:t>
      </w:r>
    </w:p>
    <w:p w:rsidR="000A633D" w:rsidRDefault="00000000">
      <w:pPr>
        <w:pStyle w:val="ListBullet"/>
      </w:pPr>
      <w:r>
        <w:t>Gunakan komputer sesuai prosedur.</w:t>
      </w:r>
    </w:p>
    <w:p w:rsidR="000A633D" w:rsidRDefault="00000000">
      <w:pPr>
        <w:pStyle w:val="ListBullet"/>
      </w:pPr>
      <w:r>
        <w:t>Jangan mengubah konfigurasi komputer utama tanpa izin.</w:t>
      </w:r>
    </w:p>
    <w:p w:rsidR="000A633D" w:rsidRDefault="00000000">
      <w:pPr>
        <w:pStyle w:val="ListBullet"/>
      </w:pPr>
      <w:r>
        <w:t>Pastikan file ISO Debian 12 tersedia.</w:t>
      </w:r>
    </w:p>
    <w:p w:rsidR="000A633D" w:rsidRDefault="00000000">
      <w:pPr>
        <w:pStyle w:val="ListBullet"/>
      </w:pPr>
      <w:r>
        <w:t>Perhatikan setiap perintah Linux sebelum menjalankannya.</w:t>
      </w:r>
    </w:p>
    <w:p w:rsidR="000A633D" w:rsidRDefault="00000000">
      <w:pPr>
        <w:pStyle w:val="ListBullet"/>
      </w:pPr>
      <w:r>
        <w:t>Jangan menghapus file atau partisi yang bukan bagian dari mesin virtual.</w:t>
      </w:r>
    </w:p>
    <w:p w:rsidR="000A633D" w:rsidRDefault="00000000">
      <w:pPr>
        <w:pStyle w:val="ListBullet"/>
      </w:pPr>
      <w:r>
        <w:t>Dokumentasikan setiap tahapan praktik dengan screenshot.</w:t>
      </w:r>
    </w:p>
    <w:p w:rsidR="000A633D" w:rsidRDefault="00000000">
      <w:pPr>
        <w:pStyle w:val="Heading1"/>
      </w:pPr>
      <w:r>
        <w:t>F. LANGKAH KERJA</w:t>
      </w:r>
    </w:p>
    <w:p w:rsidR="000A633D" w:rsidRDefault="00000000">
      <w:pPr>
        <w:pStyle w:val="Heading2"/>
      </w:pPr>
      <w:r>
        <w:t>JOB 1 — Membuat Virtual Machine Debian 12</w:t>
      </w:r>
    </w:p>
    <w:p w:rsidR="000A633D" w:rsidRDefault="00000000">
      <w:r>
        <w:t>1. Jalankan VirtualBox dan pilih New / Create.</w:t>
      </w:r>
    </w:p>
    <w:tbl>
      <w:tblPr>
        <w:tblStyle w:val="TableGrid"/>
        <w:tblW w:w="0" w:type="auto"/>
        <w:jc w:val="center"/>
        <w:tblLook w:val="04A0" w:firstRow="1" w:lastRow="0" w:firstColumn="1" w:lastColumn="0" w:noHBand="0" w:noVBand="1"/>
      </w:tblPr>
      <w:tblGrid>
        <w:gridCol w:w="4986"/>
        <w:gridCol w:w="4986"/>
      </w:tblGrid>
      <w:tr w:rsidR="000A633D">
        <w:trPr>
          <w:jc w:val="center"/>
        </w:trPr>
        <w:tc>
          <w:tcPr>
            <w:tcW w:w="4986" w:type="dxa"/>
            <w:shd w:val="clear" w:color="auto" w:fill="D9EAF7"/>
            <w:vAlign w:val="center"/>
          </w:tcPr>
          <w:p w:rsidR="000A633D" w:rsidRDefault="00000000">
            <w:r>
              <w:rPr>
                <w:b/>
              </w:rPr>
              <w:t>Pengaturan</w:t>
            </w:r>
          </w:p>
        </w:tc>
        <w:tc>
          <w:tcPr>
            <w:tcW w:w="4986" w:type="dxa"/>
            <w:shd w:val="clear" w:color="auto" w:fill="D9EAF7"/>
            <w:vAlign w:val="center"/>
          </w:tcPr>
          <w:p w:rsidR="000A633D" w:rsidRDefault="00000000">
            <w:r>
              <w:rPr>
                <w:b/>
              </w:rPr>
              <w:t>Nilai</w:t>
            </w:r>
          </w:p>
        </w:tc>
      </w:tr>
      <w:tr w:rsidR="000A633D">
        <w:trPr>
          <w:jc w:val="center"/>
        </w:trPr>
        <w:tc>
          <w:tcPr>
            <w:tcW w:w="4986" w:type="dxa"/>
          </w:tcPr>
          <w:p w:rsidR="000A633D" w:rsidRDefault="00000000">
            <w:r>
              <w:t>Name</w:t>
            </w:r>
          </w:p>
        </w:tc>
        <w:tc>
          <w:tcPr>
            <w:tcW w:w="4986" w:type="dxa"/>
          </w:tcPr>
          <w:p w:rsidR="000A633D" w:rsidRDefault="00000000">
            <w:r>
              <w:t>Debian 12 Server</w:t>
            </w:r>
          </w:p>
        </w:tc>
      </w:tr>
      <w:tr w:rsidR="000A633D">
        <w:trPr>
          <w:jc w:val="center"/>
        </w:trPr>
        <w:tc>
          <w:tcPr>
            <w:tcW w:w="4986" w:type="dxa"/>
          </w:tcPr>
          <w:p w:rsidR="000A633D" w:rsidRDefault="00000000">
            <w:r>
              <w:t>Type</w:t>
            </w:r>
          </w:p>
        </w:tc>
        <w:tc>
          <w:tcPr>
            <w:tcW w:w="4986" w:type="dxa"/>
          </w:tcPr>
          <w:p w:rsidR="000A633D" w:rsidRDefault="00000000">
            <w:r>
              <w:t>Linux</w:t>
            </w:r>
          </w:p>
        </w:tc>
      </w:tr>
      <w:tr w:rsidR="000A633D">
        <w:trPr>
          <w:jc w:val="center"/>
        </w:trPr>
        <w:tc>
          <w:tcPr>
            <w:tcW w:w="4986" w:type="dxa"/>
          </w:tcPr>
          <w:p w:rsidR="000A633D" w:rsidRDefault="00000000">
            <w:r>
              <w:t>Version</w:t>
            </w:r>
          </w:p>
        </w:tc>
        <w:tc>
          <w:tcPr>
            <w:tcW w:w="4986" w:type="dxa"/>
          </w:tcPr>
          <w:p w:rsidR="000A633D" w:rsidRDefault="00000000">
            <w:r>
              <w:t>Debian (64-bit)</w:t>
            </w:r>
          </w:p>
        </w:tc>
      </w:tr>
      <w:tr w:rsidR="000A633D">
        <w:trPr>
          <w:jc w:val="center"/>
        </w:trPr>
        <w:tc>
          <w:tcPr>
            <w:tcW w:w="4986" w:type="dxa"/>
          </w:tcPr>
          <w:p w:rsidR="000A633D" w:rsidRDefault="00000000">
            <w:r>
              <w:t>RAM</w:t>
            </w:r>
          </w:p>
        </w:tc>
        <w:tc>
          <w:tcPr>
            <w:tcW w:w="4986" w:type="dxa"/>
          </w:tcPr>
          <w:p w:rsidR="000A633D" w:rsidRDefault="00000000">
            <w:r>
              <w:t>Minimal 2 GB</w:t>
            </w:r>
          </w:p>
        </w:tc>
      </w:tr>
      <w:tr w:rsidR="000A633D">
        <w:trPr>
          <w:jc w:val="center"/>
        </w:trPr>
        <w:tc>
          <w:tcPr>
            <w:tcW w:w="4986" w:type="dxa"/>
          </w:tcPr>
          <w:p w:rsidR="000A633D" w:rsidRDefault="00000000">
            <w:r>
              <w:t>CPU</w:t>
            </w:r>
          </w:p>
        </w:tc>
        <w:tc>
          <w:tcPr>
            <w:tcW w:w="4986" w:type="dxa"/>
          </w:tcPr>
          <w:p w:rsidR="000A633D" w:rsidRDefault="00000000">
            <w:r>
              <w:t>Minimal 2 Core</w:t>
            </w:r>
          </w:p>
        </w:tc>
      </w:tr>
      <w:tr w:rsidR="000A633D">
        <w:trPr>
          <w:jc w:val="center"/>
        </w:trPr>
        <w:tc>
          <w:tcPr>
            <w:tcW w:w="4986" w:type="dxa"/>
          </w:tcPr>
          <w:p w:rsidR="000A633D" w:rsidRDefault="00000000">
            <w:r>
              <w:t>Hard Disk</w:t>
            </w:r>
          </w:p>
        </w:tc>
        <w:tc>
          <w:tcPr>
            <w:tcW w:w="4986" w:type="dxa"/>
          </w:tcPr>
          <w:p w:rsidR="000A633D" w:rsidRDefault="00000000">
            <w:r>
              <w:t>Minimal 20 GB</w:t>
            </w:r>
          </w:p>
        </w:tc>
      </w:tr>
      <w:tr w:rsidR="000A633D">
        <w:trPr>
          <w:jc w:val="center"/>
        </w:trPr>
        <w:tc>
          <w:tcPr>
            <w:tcW w:w="4986" w:type="dxa"/>
          </w:tcPr>
          <w:p w:rsidR="000A633D" w:rsidRDefault="00000000">
            <w:r>
              <w:t>Network</w:t>
            </w:r>
          </w:p>
        </w:tc>
        <w:tc>
          <w:tcPr>
            <w:tcW w:w="4986" w:type="dxa"/>
          </w:tcPr>
          <w:p w:rsidR="000A633D" w:rsidRDefault="00000000">
            <w:r>
              <w:t>Bridged Adapter</w:t>
            </w:r>
          </w:p>
        </w:tc>
      </w:tr>
    </w:tbl>
    <w:p w:rsidR="000A633D" w:rsidRDefault="00000000">
      <w:r>
        <w:t>2. Masukkan ISO Debian 12, kemudian jalankan Virtual Machine.</w:t>
      </w:r>
    </w:p>
    <w:p w:rsidR="000A633D" w:rsidRDefault="00000000">
      <w:pPr>
        <w:pStyle w:val="Heading2"/>
      </w:pPr>
      <w:r>
        <w:t>JOB 2 — Instalasi Debian 12</w:t>
      </w:r>
    </w:p>
    <w:p w:rsidR="000A633D" w:rsidRDefault="00000000">
      <w:r>
        <w:t>Ikuti proses instalasi Debian 12 dengan tahapan berikut:</w:t>
      </w:r>
    </w:p>
    <w:p w:rsidR="000A633D" w:rsidRDefault="00000000">
      <w:r>
        <w:t>1. Pilih Install atau Graphical Install.</w:t>
      </w:r>
    </w:p>
    <w:p w:rsidR="000A633D" w:rsidRDefault="00000000">
      <w:r>
        <w:t>2. Pilih bahasa, lokasi/negara, dan keyboard.</w:t>
      </w:r>
    </w:p>
    <w:p w:rsidR="000A633D" w:rsidRDefault="00000000">
      <w:r>
        <w:t>3. Tunggu proses konfigurasi jaringan.</w:t>
      </w:r>
    </w:p>
    <w:p w:rsidR="000A633D" w:rsidRDefault="00000000">
      <w:r>
        <w:t>4. Masukkan hostname, contoh: debian-server.</w:t>
      </w:r>
    </w:p>
    <w:p w:rsidR="000A633D" w:rsidRDefault="00000000">
      <w:r>
        <w:t>5. Buat password root jika diminta.</w:t>
      </w:r>
    </w:p>
    <w:p w:rsidR="000A633D" w:rsidRDefault="00000000">
      <w:r>
        <w:t>6. Buat user baru, contoh username: siswa.</w:t>
      </w:r>
    </w:p>
    <w:p w:rsidR="000A633D" w:rsidRDefault="00000000">
      <w:r>
        <w:t>7. Pilih Guided - use entire disk untuk partisi praktik.</w:t>
      </w:r>
    </w:p>
    <w:p w:rsidR="000A633D" w:rsidRDefault="00000000">
      <w:r>
        <w:t>8. Ikuti proses instalasi sampai selesai.</w:t>
      </w:r>
    </w:p>
    <w:p w:rsidR="000A633D" w:rsidRDefault="00000000">
      <w:r>
        <w:t>9. Install GRUB Bootloader.</w:t>
      </w:r>
    </w:p>
    <w:p w:rsidR="000A633D" w:rsidRDefault="00000000">
      <w:r>
        <w:t>10. Restart Debian.</w:t>
      </w:r>
    </w:p>
    <w:p w:rsidR="000A633D" w:rsidRDefault="00000000">
      <w:pPr>
        <w:pStyle w:val="Heading2"/>
      </w:pPr>
      <w:r>
        <w:lastRenderedPageBreak/>
        <w:t>TUGAS 1 — Identifikasi Sistem</w:t>
      </w:r>
    </w:p>
    <w:p w:rsidR="000A633D" w:rsidRDefault="00000000">
      <w:r>
        <w:t>Jalankan perintah berikut:</w:t>
      </w:r>
    </w:p>
    <w:p w:rsidR="000A633D" w:rsidRDefault="00000000">
      <w:pPr>
        <w:pStyle w:val="IntenseQuote"/>
      </w:pPr>
      <w:r>
        <w:t>cat /etc/os-release</w:t>
      </w:r>
    </w:p>
    <w:p w:rsidR="000A633D" w:rsidRDefault="00000000">
      <w:pPr>
        <w:pStyle w:val="IntenseQuote"/>
      </w:pPr>
      <w:r>
        <w:t>hostnamectl</w:t>
      </w:r>
    </w:p>
    <w:tbl>
      <w:tblPr>
        <w:tblStyle w:val="TableGrid"/>
        <w:tblW w:w="0" w:type="auto"/>
        <w:jc w:val="center"/>
        <w:tblLook w:val="04A0" w:firstRow="1" w:lastRow="0" w:firstColumn="1" w:lastColumn="0" w:noHBand="0" w:noVBand="1"/>
      </w:tblPr>
      <w:tblGrid>
        <w:gridCol w:w="4986"/>
        <w:gridCol w:w="4986"/>
      </w:tblGrid>
      <w:tr w:rsidR="000A633D">
        <w:trPr>
          <w:jc w:val="center"/>
        </w:trPr>
        <w:tc>
          <w:tcPr>
            <w:tcW w:w="4986" w:type="dxa"/>
            <w:shd w:val="clear" w:color="auto" w:fill="D9EAF7"/>
            <w:vAlign w:val="center"/>
          </w:tcPr>
          <w:p w:rsidR="000A633D" w:rsidRDefault="00000000">
            <w:r>
              <w:rPr>
                <w:b/>
              </w:rPr>
              <w:t>Hasil Pengamatan</w:t>
            </w:r>
          </w:p>
        </w:tc>
        <w:tc>
          <w:tcPr>
            <w:tcW w:w="4986" w:type="dxa"/>
            <w:shd w:val="clear" w:color="auto" w:fill="D9EAF7"/>
            <w:vAlign w:val="center"/>
          </w:tcPr>
          <w:p w:rsidR="000A633D" w:rsidRDefault="00000000">
            <w:r>
              <w:rPr>
                <w:b/>
              </w:rPr>
              <w:t>Jawaban</w:t>
            </w:r>
          </w:p>
        </w:tc>
      </w:tr>
      <w:tr w:rsidR="000A633D">
        <w:trPr>
          <w:jc w:val="center"/>
        </w:trPr>
        <w:tc>
          <w:tcPr>
            <w:tcW w:w="4986" w:type="dxa"/>
          </w:tcPr>
          <w:p w:rsidR="000A633D" w:rsidRDefault="00000000">
            <w:r>
              <w:t>Nama sistem operasi</w:t>
            </w:r>
          </w:p>
        </w:tc>
        <w:tc>
          <w:tcPr>
            <w:tcW w:w="4986" w:type="dxa"/>
          </w:tcPr>
          <w:p w:rsidR="000A633D" w:rsidRDefault="00000000">
            <w:r>
              <w:t>........................................................</w:t>
            </w:r>
          </w:p>
        </w:tc>
      </w:tr>
      <w:tr w:rsidR="000A633D">
        <w:trPr>
          <w:jc w:val="center"/>
        </w:trPr>
        <w:tc>
          <w:tcPr>
            <w:tcW w:w="4986" w:type="dxa"/>
          </w:tcPr>
          <w:p w:rsidR="000A633D" w:rsidRDefault="00000000">
            <w:r>
              <w:t>Versi Debian</w:t>
            </w:r>
          </w:p>
        </w:tc>
        <w:tc>
          <w:tcPr>
            <w:tcW w:w="4986" w:type="dxa"/>
          </w:tcPr>
          <w:p w:rsidR="000A633D" w:rsidRDefault="00000000">
            <w:r>
              <w:t>........................................................</w:t>
            </w:r>
          </w:p>
        </w:tc>
      </w:tr>
      <w:tr w:rsidR="000A633D">
        <w:trPr>
          <w:jc w:val="center"/>
        </w:trPr>
        <w:tc>
          <w:tcPr>
            <w:tcW w:w="4986" w:type="dxa"/>
          </w:tcPr>
          <w:p w:rsidR="000A633D" w:rsidRDefault="00000000">
            <w:r>
              <w:t>Hostname</w:t>
            </w:r>
          </w:p>
        </w:tc>
        <w:tc>
          <w:tcPr>
            <w:tcW w:w="4986" w:type="dxa"/>
          </w:tcPr>
          <w:p w:rsidR="000A633D" w:rsidRDefault="00000000">
            <w:r>
              <w:t>........................................................</w:t>
            </w:r>
          </w:p>
        </w:tc>
      </w:tr>
    </w:tbl>
    <w:p w:rsidR="000A633D" w:rsidRDefault="00000000">
      <w:r>
        <w:t>📸 Screenshot 1: Lampirkan screenshot hasil perintah cat /etc/os-release dan hostnamectl.</w:t>
      </w:r>
    </w:p>
    <w:p w:rsidR="000A633D" w:rsidRDefault="00000000">
      <w:pPr>
        <w:pStyle w:val="Heading2"/>
      </w:pPr>
      <w:r>
        <w:t>JOB 3 — Konfigurasi DHCP Client</w:t>
      </w:r>
    </w:p>
    <w:p w:rsidR="000A633D" w:rsidRDefault="00000000">
      <w:r>
        <w:t>1. Periksa interface jaringan:</w:t>
      </w:r>
    </w:p>
    <w:p w:rsidR="000A633D" w:rsidRDefault="00000000">
      <w:pPr>
        <w:pStyle w:val="IntenseQuote"/>
      </w:pPr>
      <w:r>
        <w:t>ip a</w:t>
      </w:r>
    </w:p>
    <w:p w:rsidR="000A633D" w:rsidRDefault="00000000">
      <w:r>
        <w:t>Catat nama interface, misalnya enp0s3 atau ens33.</w:t>
      </w:r>
    </w:p>
    <w:tbl>
      <w:tblPr>
        <w:tblStyle w:val="TableGrid"/>
        <w:tblW w:w="0" w:type="auto"/>
        <w:jc w:val="center"/>
        <w:tblLook w:val="04A0" w:firstRow="1" w:lastRow="0" w:firstColumn="1" w:lastColumn="0" w:noHBand="0" w:noVBand="1"/>
      </w:tblPr>
      <w:tblGrid>
        <w:gridCol w:w="4986"/>
        <w:gridCol w:w="4986"/>
      </w:tblGrid>
      <w:tr w:rsidR="000A633D">
        <w:trPr>
          <w:jc w:val="center"/>
        </w:trPr>
        <w:tc>
          <w:tcPr>
            <w:tcW w:w="4986" w:type="dxa"/>
            <w:shd w:val="clear" w:color="auto" w:fill="D9EAF7"/>
            <w:vAlign w:val="center"/>
          </w:tcPr>
          <w:p w:rsidR="000A633D" w:rsidRDefault="00000000">
            <w:r>
              <w:rPr>
                <w:b/>
              </w:rPr>
              <w:t>Parameter</w:t>
            </w:r>
          </w:p>
        </w:tc>
        <w:tc>
          <w:tcPr>
            <w:tcW w:w="4986" w:type="dxa"/>
            <w:shd w:val="clear" w:color="auto" w:fill="D9EAF7"/>
            <w:vAlign w:val="center"/>
          </w:tcPr>
          <w:p w:rsidR="000A633D" w:rsidRDefault="00000000">
            <w:r>
              <w:rPr>
                <w:b/>
              </w:rPr>
              <w:t>Hasil</w:t>
            </w:r>
          </w:p>
        </w:tc>
      </w:tr>
      <w:tr w:rsidR="000A633D">
        <w:trPr>
          <w:jc w:val="center"/>
        </w:trPr>
        <w:tc>
          <w:tcPr>
            <w:tcW w:w="4986" w:type="dxa"/>
          </w:tcPr>
          <w:p w:rsidR="000A633D" w:rsidRDefault="00000000">
            <w:r>
              <w:t>Nama Interface</w:t>
            </w:r>
          </w:p>
        </w:tc>
        <w:tc>
          <w:tcPr>
            <w:tcW w:w="4986" w:type="dxa"/>
          </w:tcPr>
          <w:p w:rsidR="000A633D" w:rsidRDefault="00000000">
            <w:r>
              <w:t>........................................................</w:t>
            </w:r>
          </w:p>
        </w:tc>
      </w:tr>
    </w:tbl>
    <w:p w:rsidR="000A633D" w:rsidRDefault="00000000">
      <w:r>
        <w:t>2. Periksa konfigurasi jaringan:</w:t>
      </w:r>
    </w:p>
    <w:p w:rsidR="000A633D" w:rsidRDefault="00000000">
      <w:pPr>
        <w:pStyle w:val="IntenseQuote"/>
      </w:pPr>
      <w:r>
        <w:t>cat /etc/network/interfaces</w:t>
      </w:r>
    </w:p>
    <w:p w:rsidR="000A633D" w:rsidRDefault="00000000">
      <w:r>
        <w:t>Jika menggunakan konfigurasi /etc/network/interfaces, DHCP dapat dikonfigurasi seperti berikut (sesuaikan nama interface):</w:t>
      </w:r>
    </w:p>
    <w:p w:rsidR="000A633D" w:rsidRDefault="00000000">
      <w:pPr>
        <w:pStyle w:val="IntenseQuote"/>
      </w:pPr>
      <w:r>
        <w:t>auto enp0s3</w:t>
      </w:r>
      <w:r>
        <w:br/>
        <w:t>iface enp0s3 inet dhcp</w:t>
      </w:r>
    </w:p>
    <w:p w:rsidR="000A633D" w:rsidRDefault="00000000">
      <w:r>
        <w:t>3. Restart konfigurasi jaringan:</w:t>
      </w:r>
    </w:p>
    <w:p w:rsidR="000A633D" w:rsidRDefault="00000000">
      <w:pPr>
        <w:pStyle w:val="IntenseQuote"/>
      </w:pPr>
      <w:r>
        <w:t>systemctl restart networking</w:t>
      </w:r>
    </w:p>
    <w:p w:rsidR="000A633D" w:rsidRDefault="00000000">
      <w:pPr>
        <w:pStyle w:val="IntenseQuote"/>
      </w:pPr>
      <w:r>
        <w:t>ip a</w:t>
      </w:r>
    </w:p>
    <w:p w:rsidR="000A633D" w:rsidRDefault="00000000">
      <w:pPr>
        <w:pStyle w:val="IntenseQuote"/>
      </w:pPr>
      <w:r>
        <w:t>ip route</w:t>
      </w:r>
    </w:p>
    <w:p w:rsidR="000A633D" w:rsidRDefault="00000000">
      <w:r>
        <w:t>4. Uji koneksi jaringan:</w:t>
      </w:r>
    </w:p>
    <w:p w:rsidR="000A633D" w:rsidRDefault="00000000">
      <w:pPr>
        <w:pStyle w:val="IntenseQuote"/>
      </w:pPr>
      <w:r>
        <w:t>ping -c 4 192.168.1.1</w:t>
      </w:r>
    </w:p>
    <w:p w:rsidR="000A633D" w:rsidRDefault="00000000">
      <w:pPr>
        <w:pStyle w:val="IntenseQuote"/>
      </w:pPr>
      <w:r>
        <w:t>ping -c 4 8.8.8.8</w:t>
      </w:r>
    </w:p>
    <w:p w:rsidR="000A633D" w:rsidRDefault="00000000">
      <w:pPr>
        <w:pStyle w:val="IntenseQuote"/>
      </w:pPr>
      <w:r>
        <w:t>ping -c 4 google.com</w:t>
      </w:r>
    </w:p>
    <w:p w:rsidR="000A633D" w:rsidRDefault="00000000">
      <w:pPr>
        <w:pStyle w:val="Heading2"/>
      </w:pPr>
      <w:r>
        <w:lastRenderedPageBreak/>
        <w:t>TUGAS 2 — Analisis DHCP Client</w:t>
      </w:r>
    </w:p>
    <w:tbl>
      <w:tblPr>
        <w:tblStyle w:val="TableGrid"/>
        <w:tblW w:w="0" w:type="auto"/>
        <w:jc w:val="center"/>
        <w:tblLook w:val="04A0" w:firstRow="1" w:lastRow="0" w:firstColumn="1" w:lastColumn="0" w:noHBand="0" w:noVBand="1"/>
      </w:tblPr>
      <w:tblGrid>
        <w:gridCol w:w="4986"/>
        <w:gridCol w:w="4986"/>
      </w:tblGrid>
      <w:tr w:rsidR="000A633D">
        <w:trPr>
          <w:jc w:val="center"/>
        </w:trPr>
        <w:tc>
          <w:tcPr>
            <w:tcW w:w="4986" w:type="dxa"/>
            <w:shd w:val="clear" w:color="auto" w:fill="D9EAF7"/>
            <w:vAlign w:val="center"/>
          </w:tcPr>
          <w:p w:rsidR="000A633D" w:rsidRDefault="00000000">
            <w:r>
              <w:rPr>
                <w:b/>
              </w:rPr>
              <w:t>Parameter</w:t>
            </w:r>
          </w:p>
        </w:tc>
        <w:tc>
          <w:tcPr>
            <w:tcW w:w="4986" w:type="dxa"/>
            <w:shd w:val="clear" w:color="auto" w:fill="D9EAF7"/>
            <w:vAlign w:val="center"/>
          </w:tcPr>
          <w:p w:rsidR="000A633D" w:rsidRDefault="00000000">
            <w:r>
              <w:rPr>
                <w:b/>
              </w:rPr>
              <w:t>Hasil</w:t>
            </w:r>
          </w:p>
        </w:tc>
      </w:tr>
      <w:tr w:rsidR="000A633D">
        <w:trPr>
          <w:jc w:val="center"/>
        </w:trPr>
        <w:tc>
          <w:tcPr>
            <w:tcW w:w="4986" w:type="dxa"/>
          </w:tcPr>
          <w:p w:rsidR="000A633D" w:rsidRDefault="00000000">
            <w:r>
              <w:t>Nama Interface</w:t>
            </w:r>
          </w:p>
        </w:tc>
        <w:tc>
          <w:tcPr>
            <w:tcW w:w="4986" w:type="dxa"/>
          </w:tcPr>
          <w:p w:rsidR="000A633D" w:rsidRDefault="00000000">
            <w:r>
              <w:t>........................................................</w:t>
            </w:r>
          </w:p>
        </w:tc>
      </w:tr>
      <w:tr w:rsidR="000A633D">
        <w:trPr>
          <w:jc w:val="center"/>
        </w:trPr>
        <w:tc>
          <w:tcPr>
            <w:tcW w:w="4986" w:type="dxa"/>
          </w:tcPr>
          <w:p w:rsidR="000A633D" w:rsidRDefault="00000000">
            <w:r>
              <w:t>IP Address</w:t>
            </w:r>
          </w:p>
        </w:tc>
        <w:tc>
          <w:tcPr>
            <w:tcW w:w="4986" w:type="dxa"/>
          </w:tcPr>
          <w:p w:rsidR="000A633D" w:rsidRDefault="00000000">
            <w:r>
              <w:t>........................................................</w:t>
            </w:r>
          </w:p>
        </w:tc>
      </w:tr>
      <w:tr w:rsidR="000A633D">
        <w:trPr>
          <w:jc w:val="center"/>
        </w:trPr>
        <w:tc>
          <w:tcPr>
            <w:tcW w:w="4986" w:type="dxa"/>
          </w:tcPr>
          <w:p w:rsidR="000A633D" w:rsidRDefault="00000000">
            <w:r>
              <w:t>Subnet Mask/Prefix</w:t>
            </w:r>
          </w:p>
        </w:tc>
        <w:tc>
          <w:tcPr>
            <w:tcW w:w="4986" w:type="dxa"/>
          </w:tcPr>
          <w:p w:rsidR="000A633D" w:rsidRDefault="00000000">
            <w:r>
              <w:t>........................................................</w:t>
            </w:r>
          </w:p>
        </w:tc>
      </w:tr>
      <w:tr w:rsidR="000A633D">
        <w:trPr>
          <w:jc w:val="center"/>
        </w:trPr>
        <w:tc>
          <w:tcPr>
            <w:tcW w:w="4986" w:type="dxa"/>
          </w:tcPr>
          <w:p w:rsidR="000A633D" w:rsidRDefault="00000000">
            <w:r>
              <w:t>Default Gateway</w:t>
            </w:r>
          </w:p>
        </w:tc>
        <w:tc>
          <w:tcPr>
            <w:tcW w:w="4986" w:type="dxa"/>
          </w:tcPr>
          <w:p w:rsidR="000A633D" w:rsidRDefault="00000000">
            <w:r>
              <w:t>........................................................</w:t>
            </w:r>
          </w:p>
        </w:tc>
      </w:tr>
      <w:tr w:rsidR="000A633D">
        <w:trPr>
          <w:jc w:val="center"/>
        </w:trPr>
        <w:tc>
          <w:tcPr>
            <w:tcW w:w="4986" w:type="dxa"/>
          </w:tcPr>
          <w:p w:rsidR="000A633D" w:rsidRDefault="00000000">
            <w:r>
              <w:t>DNS</w:t>
            </w:r>
          </w:p>
        </w:tc>
        <w:tc>
          <w:tcPr>
            <w:tcW w:w="4986" w:type="dxa"/>
          </w:tcPr>
          <w:p w:rsidR="000A633D" w:rsidRDefault="00000000">
            <w:r>
              <w:t>........................................................</w:t>
            </w:r>
          </w:p>
        </w:tc>
      </w:tr>
      <w:tr w:rsidR="000A633D">
        <w:trPr>
          <w:jc w:val="center"/>
        </w:trPr>
        <w:tc>
          <w:tcPr>
            <w:tcW w:w="4986" w:type="dxa"/>
          </w:tcPr>
          <w:p w:rsidR="000A633D" w:rsidRDefault="00000000">
            <w:r>
              <w:t>Status koneksi</w:t>
            </w:r>
          </w:p>
        </w:tc>
        <w:tc>
          <w:tcPr>
            <w:tcW w:w="4986" w:type="dxa"/>
          </w:tcPr>
          <w:p w:rsidR="000A633D" w:rsidRDefault="00000000">
            <w:r>
              <w:t>Berhasil / Tidak</w:t>
            </w:r>
          </w:p>
        </w:tc>
      </w:tr>
    </w:tbl>
    <w:p w:rsidR="000A633D" w:rsidRDefault="00000000">
      <w:pPr>
        <w:pStyle w:val="ListNumber"/>
      </w:pPr>
      <w:r>
        <w:t>Apa fungsi DHCP Client?</w:t>
      </w:r>
    </w:p>
    <w:p w:rsidR="000A633D" w:rsidRDefault="00000000">
      <w:r>
        <w:t>Jawab: ................................................................................................</w:t>
      </w:r>
    </w:p>
    <w:p w:rsidR="000A633D" w:rsidRDefault="00000000">
      <w:r>
        <w:t>................................................................................................</w:t>
      </w:r>
    </w:p>
    <w:p w:rsidR="000A633D" w:rsidRDefault="00000000">
      <w:pPr>
        <w:pStyle w:val="ListNumber"/>
      </w:pPr>
      <w:r>
        <w:t>Dari mana Debian mendapatkan IP Address?</w:t>
      </w:r>
    </w:p>
    <w:p w:rsidR="000A633D" w:rsidRDefault="00000000">
      <w:r>
        <w:t>Jawab: ................................................................................................</w:t>
      </w:r>
    </w:p>
    <w:p w:rsidR="000A633D" w:rsidRDefault="00000000">
      <w:r>
        <w:t>................................................................................................</w:t>
      </w:r>
    </w:p>
    <w:p w:rsidR="000A633D" w:rsidRDefault="00000000">
      <w:pPr>
        <w:pStyle w:val="ListNumber"/>
      </w:pPr>
      <w:r>
        <w:t>Apa perbedaan IP Address DHCP dengan IP Address Static?</w:t>
      </w:r>
    </w:p>
    <w:p w:rsidR="000A633D" w:rsidRDefault="00000000">
      <w:r>
        <w:t>Jawab: ................................................................................................</w:t>
      </w:r>
    </w:p>
    <w:p w:rsidR="000A633D" w:rsidRDefault="00000000">
      <w:r>
        <w:t>................................................................................................</w:t>
      </w:r>
    </w:p>
    <w:p w:rsidR="000A633D" w:rsidRDefault="00000000">
      <w:r>
        <w:t>📸 Screenshot 2: Hasil ip a</w:t>
      </w:r>
      <w:r>
        <w:br/>
        <w:t>📸 Screenshot 3: Hasil ip route</w:t>
      </w:r>
      <w:r>
        <w:br/>
        <w:t>📸 Screenshot 4: Hasil ping -c 4 8.8.8.8</w:t>
      </w:r>
    </w:p>
    <w:p w:rsidR="000A633D" w:rsidRDefault="00000000">
      <w:pPr>
        <w:pStyle w:val="Heading2"/>
      </w:pPr>
      <w:r>
        <w:t>JOB 4 — Instalasi SSH Server</w:t>
      </w:r>
    </w:p>
    <w:p w:rsidR="000A633D" w:rsidRDefault="00000000">
      <w:r>
        <w:t>1. Update repository:</w:t>
      </w:r>
    </w:p>
    <w:p w:rsidR="000A633D" w:rsidRDefault="00000000">
      <w:pPr>
        <w:pStyle w:val="IntenseQuote"/>
      </w:pPr>
      <w:r>
        <w:t>apt update</w:t>
      </w:r>
    </w:p>
    <w:p w:rsidR="000A633D" w:rsidRDefault="00000000">
      <w:r>
        <w:t>2. Install OpenSSH Server:</w:t>
      </w:r>
    </w:p>
    <w:p w:rsidR="000A633D" w:rsidRDefault="00000000">
      <w:pPr>
        <w:pStyle w:val="IntenseQuote"/>
      </w:pPr>
      <w:r>
        <w:t>apt install openssh-server -y</w:t>
      </w:r>
    </w:p>
    <w:p w:rsidR="000A633D" w:rsidRDefault="00000000">
      <w:r>
        <w:t>3. Periksa status SSH:</w:t>
      </w:r>
    </w:p>
    <w:p w:rsidR="000A633D" w:rsidRDefault="00000000">
      <w:pPr>
        <w:pStyle w:val="IntenseQuote"/>
      </w:pPr>
      <w:r>
        <w:t>systemctl status ssh</w:t>
      </w:r>
    </w:p>
    <w:p w:rsidR="000A633D" w:rsidRDefault="00000000">
      <w:r>
        <w:t>4. Aktifkan SSH saat boot:</w:t>
      </w:r>
    </w:p>
    <w:p w:rsidR="000A633D" w:rsidRDefault="00000000">
      <w:pPr>
        <w:pStyle w:val="IntenseQuote"/>
      </w:pPr>
      <w:r>
        <w:t>systemctl enable ssh</w:t>
      </w:r>
    </w:p>
    <w:p w:rsidR="000A633D" w:rsidRDefault="00000000">
      <w:r>
        <w:t>Status yang diharapkan: Active: active (running).</w:t>
      </w:r>
    </w:p>
    <w:p w:rsidR="000A633D" w:rsidRDefault="00000000">
      <w:pPr>
        <w:pStyle w:val="Heading2"/>
      </w:pPr>
      <w:r>
        <w:t>JOB 5 — Mengetahui IP Server</w:t>
      </w:r>
    </w:p>
    <w:p w:rsidR="000A633D" w:rsidRDefault="00000000">
      <w:r>
        <w:t>Jalankan:</w:t>
      </w:r>
    </w:p>
    <w:p w:rsidR="000A633D" w:rsidRDefault="00000000">
      <w:pPr>
        <w:pStyle w:val="IntenseQuote"/>
      </w:pPr>
      <w:r>
        <w:lastRenderedPageBreak/>
        <w:t>ip a</w:t>
      </w:r>
    </w:p>
    <w:tbl>
      <w:tblPr>
        <w:tblStyle w:val="TableGrid"/>
        <w:tblW w:w="0" w:type="auto"/>
        <w:jc w:val="center"/>
        <w:tblLook w:val="04A0" w:firstRow="1" w:lastRow="0" w:firstColumn="1" w:lastColumn="0" w:noHBand="0" w:noVBand="1"/>
      </w:tblPr>
      <w:tblGrid>
        <w:gridCol w:w="9972"/>
      </w:tblGrid>
      <w:tr w:rsidR="000A633D">
        <w:trPr>
          <w:jc w:val="center"/>
        </w:trPr>
        <w:tc>
          <w:tcPr>
            <w:tcW w:w="9972" w:type="dxa"/>
            <w:shd w:val="clear" w:color="auto" w:fill="D9EAF7"/>
            <w:vAlign w:val="center"/>
          </w:tcPr>
          <w:p w:rsidR="000A633D" w:rsidRDefault="00000000">
            <w:r>
              <w:rPr>
                <w:b/>
              </w:rPr>
              <w:t>IP Address Server</w:t>
            </w:r>
          </w:p>
        </w:tc>
      </w:tr>
      <w:tr w:rsidR="000A633D">
        <w:trPr>
          <w:jc w:val="center"/>
        </w:trPr>
        <w:tc>
          <w:tcPr>
            <w:tcW w:w="9972" w:type="dxa"/>
          </w:tcPr>
          <w:p w:rsidR="000A633D" w:rsidRDefault="00000000">
            <w:r>
              <w:t>........................................................</w:t>
            </w:r>
          </w:p>
        </w:tc>
      </w:tr>
    </w:tbl>
    <w:p w:rsidR="000A633D" w:rsidRDefault="00000000">
      <w:pPr>
        <w:pStyle w:val="Heading2"/>
      </w:pPr>
      <w:r>
        <w:t>JOB 6 — Pengujian SSH dari Windows</w:t>
      </w:r>
    </w:p>
    <w:p w:rsidR="000A633D" w:rsidRDefault="00000000">
      <w:r>
        <w:t>Pastikan komputer Windows dan Debian berada pada jaringan yang sama. Pada Windows buka Command Prompt (CMD).</w:t>
      </w:r>
    </w:p>
    <w:p w:rsidR="000A633D" w:rsidRDefault="00000000">
      <w:pPr>
        <w:pStyle w:val="IntenseQuote"/>
      </w:pPr>
      <w:r>
        <w:t>ping IP-DEBIAN</w:t>
      </w:r>
    </w:p>
    <w:p w:rsidR="000A633D" w:rsidRDefault="00000000">
      <w:pPr>
        <w:pStyle w:val="IntenseQuote"/>
      </w:pPr>
      <w:r>
        <w:t>ssh siswa@IP-DEBIAN</w:t>
      </w:r>
    </w:p>
    <w:p w:rsidR="000A633D" w:rsidRDefault="00000000">
      <w:r>
        <w:t>Contoh: ssh siswa@192.168.1.25. Masukkan password user Debian. Jika berhasil, terminal Debian dapat diakses dari Windows.</w:t>
      </w:r>
    </w:p>
    <w:p w:rsidR="000A633D" w:rsidRDefault="00000000">
      <w:r>
        <w:t>📸 Screenshot 5: Screenshot saat berhasil login ke Debian menggunakan SSH dari Windows.</w:t>
      </w:r>
    </w:p>
    <w:p w:rsidR="000A633D" w:rsidRDefault="00000000">
      <w:pPr>
        <w:pStyle w:val="Heading2"/>
      </w:pPr>
      <w:r>
        <w:t>JOB 7 — Pengujian Perintah melalui SSH</w:t>
      </w:r>
    </w:p>
    <w:p w:rsidR="000A633D" w:rsidRDefault="00000000">
      <w:pPr>
        <w:pStyle w:val="IntenseQuote"/>
      </w:pPr>
      <w:r>
        <w:t>hostname</w:t>
      </w:r>
    </w:p>
    <w:p w:rsidR="000A633D" w:rsidRDefault="00000000">
      <w:pPr>
        <w:pStyle w:val="IntenseQuote"/>
      </w:pPr>
      <w:r>
        <w:t>ip a</w:t>
      </w:r>
    </w:p>
    <w:p w:rsidR="000A633D" w:rsidRDefault="00000000">
      <w:pPr>
        <w:pStyle w:val="IntenseQuote"/>
      </w:pPr>
      <w:r>
        <w:t>whoami</w:t>
      </w:r>
    </w:p>
    <w:tbl>
      <w:tblPr>
        <w:tblStyle w:val="TableGrid"/>
        <w:tblW w:w="0" w:type="auto"/>
        <w:jc w:val="center"/>
        <w:tblLook w:val="04A0" w:firstRow="1" w:lastRow="0" w:firstColumn="1" w:lastColumn="0" w:noHBand="0" w:noVBand="1"/>
      </w:tblPr>
      <w:tblGrid>
        <w:gridCol w:w="4986"/>
        <w:gridCol w:w="4986"/>
      </w:tblGrid>
      <w:tr w:rsidR="000A633D">
        <w:trPr>
          <w:jc w:val="center"/>
        </w:trPr>
        <w:tc>
          <w:tcPr>
            <w:tcW w:w="4986" w:type="dxa"/>
            <w:shd w:val="clear" w:color="auto" w:fill="D9EAF7"/>
            <w:vAlign w:val="center"/>
          </w:tcPr>
          <w:p w:rsidR="000A633D" w:rsidRDefault="00000000">
            <w:r>
              <w:rPr>
                <w:b/>
              </w:rPr>
              <w:t>Hasil</w:t>
            </w:r>
          </w:p>
        </w:tc>
        <w:tc>
          <w:tcPr>
            <w:tcW w:w="4986" w:type="dxa"/>
            <w:shd w:val="clear" w:color="auto" w:fill="D9EAF7"/>
            <w:vAlign w:val="center"/>
          </w:tcPr>
          <w:p w:rsidR="000A633D" w:rsidRDefault="00000000">
            <w:r>
              <w:rPr>
                <w:b/>
              </w:rPr>
              <w:t>Jawaban</w:t>
            </w:r>
          </w:p>
        </w:tc>
      </w:tr>
      <w:tr w:rsidR="000A633D">
        <w:trPr>
          <w:jc w:val="center"/>
        </w:trPr>
        <w:tc>
          <w:tcPr>
            <w:tcW w:w="4986" w:type="dxa"/>
          </w:tcPr>
          <w:p w:rsidR="000A633D" w:rsidRDefault="00000000">
            <w:r>
              <w:t>Hostname</w:t>
            </w:r>
          </w:p>
        </w:tc>
        <w:tc>
          <w:tcPr>
            <w:tcW w:w="4986" w:type="dxa"/>
          </w:tcPr>
          <w:p w:rsidR="000A633D" w:rsidRDefault="00000000">
            <w:r>
              <w:t>........................................................</w:t>
            </w:r>
          </w:p>
        </w:tc>
      </w:tr>
      <w:tr w:rsidR="000A633D">
        <w:trPr>
          <w:jc w:val="center"/>
        </w:trPr>
        <w:tc>
          <w:tcPr>
            <w:tcW w:w="4986" w:type="dxa"/>
          </w:tcPr>
          <w:p w:rsidR="000A633D" w:rsidRDefault="00000000">
            <w:r>
              <w:t>Username</w:t>
            </w:r>
          </w:p>
        </w:tc>
        <w:tc>
          <w:tcPr>
            <w:tcW w:w="4986" w:type="dxa"/>
          </w:tcPr>
          <w:p w:rsidR="000A633D" w:rsidRDefault="00000000">
            <w:r>
              <w:t>........................................................</w:t>
            </w:r>
          </w:p>
        </w:tc>
      </w:tr>
      <w:tr w:rsidR="000A633D">
        <w:trPr>
          <w:jc w:val="center"/>
        </w:trPr>
        <w:tc>
          <w:tcPr>
            <w:tcW w:w="4986" w:type="dxa"/>
          </w:tcPr>
          <w:p w:rsidR="000A633D" w:rsidRDefault="00000000">
            <w:r>
              <w:t>IP Address</w:t>
            </w:r>
          </w:p>
        </w:tc>
        <w:tc>
          <w:tcPr>
            <w:tcW w:w="4986" w:type="dxa"/>
          </w:tcPr>
          <w:p w:rsidR="000A633D" w:rsidRDefault="00000000">
            <w:r>
              <w:t>........................................................</w:t>
            </w:r>
          </w:p>
        </w:tc>
      </w:tr>
    </w:tbl>
    <w:p w:rsidR="000A633D" w:rsidRDefault="00000000">
      <w:pPr>
        <w:pStyle w:val="Heading1"/>
      </w:pPr>
      <w:r>
        <w:t>G. TROUBLESHOOTING</w:t>
      </w:r>
    </w:p>
    <w:p w:rsidR="000A633D" w:rsidRDefault="00000000">
      <w:r>
        <w:t>Jika SSH tidak dapat terhubung, lakukan pemeriksaan berikut:</w:t>
      </w:r>
    </w:p>
    <w:p w:rsidR="000A633D" w:rsidRDefault="00000000">
      <w:pPr>
        <w:pStyle w:val="IntenseQuote"/>
      </w:pPr>
      <w:r>
        <w:t>systemctl status ssh</w:t>
      </w:r>
    </w:p>
    <w:p w:rsidR="000A633D" w:rsidRDefault="00000000">
      <w:pPr>
        <w:pStyle w:val="IntenseQuote"/>
      </w:pPr>
      <w:r>
        <w:t>systemctl start ssh</w:t>
      </w:r>
    </w:p>
    <w:p w:rsidR="000A633D" w:rsidRDefault="00000000">
      <w:pPr>
        <w:pStyle w:val="IntenseQuote"/>
      </w:pPr>
      <w:r>
        <w:t>ss -tlnp | grep :22</w:t>
      </w:r>
    </w:p>
    <w:p w:rsidR="000A633D" w:rsidRDefault="00000000">
      <w:pPr>
        <w:pStyle w:val="IntenseQuote"/>
      </w:pPr>
      <w:r>
        <w:t>ip a</w:t>
      </w:r>
    </w:p>
    <w:p w:rsidR="000A633D" w:rsidRDefault="00000000">
      <w:r>
        <w:t>SSH secara default menggunakan port 22. Dari Windows, lakukan ping ke IP Debian lalu coba koneksi SSH kembali.</w:t>
      </w:r>
    </w:p>
    <w:p w:rsidR="000A633D" w:rsidRDefault="00000000">
      <w:pPr>
        <w:pStyle w:val="Heading1"/>
      </w:pPr>
      <w:r>
        <w:t>H. PERTANYAAN ANALISIS</w:t>
      </w:r>
    </w:p>
    <w:p w:rsidR="000A633D" w:rsidRDefault="00000000">
      <w:r>
        <w:t>1. Apa fungsi Debian 12 dalam praktik ini?</w:t>
      </w:r>
    </w:p>
    <w:p w:rsidR="000A633D" w:rsidRDefault="00000000">
      <w:r>
        <w:lastRenderedPageBreak/>
        <w:t>Jawab: ................................................................................................</w:t>
      </w:r>
    </w:p>
    <w:p w:rsidR="000A633D" w:rsidRDefault="00000000">
      <w:r>
        <w:t>................................................................................................</w:t>
      </w:r>
    </w:p>
    <w:p w:rsidR="000A633D" w:rsidRDefault="00000000">
      <w:r>
        <w:t>2. Apa yang dimaksud dengan DHCP Client?</w:t>
      </w:r>
    </w:p>
    <w:p w:rsidR="000A633D" w:rsidRDefault="00000000">
      <w:r>
        <w:t>Jawab: ................................................................................................</w:t>
      </w:r>
    </w:p>
    <w:p w:rsidR="000A633D" w:rsidRDefault="00000000">
      <w:r>
        <w:t>................................................................................................</w:t>
      </w:r>
    </w:p>
    <w:p w:rsidR="000A633D" w:rsidRDefault="00000000">
      <w:r>
        <w:t>3. Apa keuntungan menggunakan DHCP?</w:t>
      </w:r>
    </w:p>
    <w:p w:rsidR="000A633D" w:rsidRDefault="00000000">
      <w:r>
        <w:t>Jawab: ................................................................................................</w:t>
      </w:r>
    </w:p>
    <w:p w:rsidR="000A633D" w:rsidRDefault="00000000">
      <w:r>
        <w:t>................................................................................................</w:t>
      </w:r>
    </w:p>
    <w:p w:rsidR="000A633D" w:rsidRDefault="00000000">
      <w:r>
        <w:t>4. Apa fungsi SSH Server?</w:t>
      </w:r>
    </w:p>
    <w:p w:rsidR="000A633D" w:rsidRDefault="00000000">
      <w:r>
        <w:t>Jawab: ................................................................................................</w:t>
      </w:r>
    </w:p>
    <w:p w:rsidR="000A633D" w:rsidRDefault="00000000">
      <w:r>
        <w:t>................................................................................................</w:t>
      </w:r>
    </w:p>
    <w:p w:rsidR="000A633D" w:rsidRDefault="00000000">
      <w:r>
        <w:t>5. Port default yang digunakan oleh SSH adalah?</w:t>
      </w:r>
    </w:p>
    <w:p w:rsidR="000A633D" w:rsidRDefault="00000000">
      <w:r>
        <w:t>Jawab: ................................................................................................</w:t>
      </w:r>
    </w:p>
    <w:p w:rsidR="000A633D" w:rsidRDefault="00000000">
      <w:r>
        <w:t>................................................................................................</w:t>
      </w:r>
    </w:p>
    <w:p w:rsidR="000A633D" w:rsidRDefault="00000000">
      <w:r>
        <w:t>6. Apa perbedaan akses langsung ke server dengan akses menggunakan SSH?</w:t>
      </w:r>
    </w:p>
    <w:p w:rsidR="000A633D" w:rsidRDefault="00000000">
      <w:r>
        <w:t>Jawab: ................................................................................................</w:t>
      </w:r>
    </w:p>
    <w:p w:rsidR="000A633D" w:rsidRDefault="00000000">
      <w:r>
        <w:t>................................................................................................</w:t>
      </w:r>
    </w:p>
    <w:p w:rsidR="000A633D" w:rsidRDefault="00000000">
      <w:r>
        <w:t>7. Jika komputer Windows tidak dapat melakukan ping ke Debian, apa saja yang harus diperiksa?</w:t>
      </w:r>
    </w:p>
    <w:p w:rsidR="000A633D" w:rsidRDefault="00000000">
      <w:r>
        <w:t>Jawab: ................................................................................................</w:t>
      </w:r>
    </w:p>
    <w:p w:rsidR="000A633D" w:rsidRDefault="00000000">
      <w:r>
        <w:t>................................................................................................</w:t>
      </w:r>
    </w:p>
    <w:p w:rsidR="000A633D" w:rsidRDefault="00000000">
      <w:r>
        <w:t>8. Jika systemctl status ssh menunjukkan inactive, apa yang harus dilakukan?</w:t>
      </w:r>
    </w:p>
    <w:p w:rsidR="000A633D" w:rsidRDefault="00000000">
      <w:r>
        <w:t>Jawab: ................................................................................................</w:t>
      </w:r>
    </w:p>
    <w:p w:rsidR="000A633D" w:rsidRDefault="00000000">
      <w:r>
        <w:t>................................................................................................</w:t>
      </w:r>
    </w:p>
    <w:p w:rsidR="000A633D" w:rsidRDefault="00000000">
      <w:pPr>
        <w:pStyle w:val="Heading1"/>
      </w:pPr>
      <w:r>
        <w:t>I. KESIMPULAN</w:t>
      </w:r>
    </w:p>
    <w:p w:rsidR="000A633D" w:rsidRDefault="00000000">
      <w:r>
        <w:t>................................................................................................</w:t>
      </w:r>
    </w:p>
    <w:p w:rsidR="000A633D" w:rsidRDefault="00000000">
      <w:r>
        <w:t>................................................................................................</w:t>
      </w:r>
    </w:p>
    <w:p w:rsidR="000A633D" w:rsidRDefault="00000000">
      <w:r>
        <w:t>................................................................................................</w:t>
      </w:r>
    </w:p>
    <w:p w:rsidR="000A633D" w:rsidRDefault="00000000">
      <w:r>
        <w:t>................................................................................................</w:t>
      </w:r>
    </w:p>
    <w:p w:rsidR="000A633D" w:rsidRDefault="00000000">
      <w:pPr>
        <w:pStyle w:val="Heading1"/>
      </w:pPr>
      <w:r>
        <w:lastRenderedPageBreak/>
        <w:t>J. CHECKLIST PRAKTIK</w:t>
      </w:r>
    </w:p>
    <w:tbl>
      <w:tblPr>
        <w:tblStyle w:val="TableGrid"/>
        <w:tblW w:w="0" w:type="auto"/>
        <w:jc w:val="center"/>
        <w:tblLook w:val="04A0" w:firstRow="1" w:lastRow="0" w:firstColumn="1" w:lastColumn="0" w:noHBand="0" w:noVBand="1"/>
      </w:tblPr>
      <w:tblGrid>
        <w:gridCol w:w="2493"/>
        <w:gridCol w:w="2493"/>
        <w:gridCol w:w="2493"/>
        <w:gridCol w:w="2493"/>
      </w:tblGrid>
      <w:tr w:rsidR="000A633D">
        <w:trPr>
          <w:jc w:val="center"/>
        </w:trPr>
        <w:tc>
          <w:tcPr>
            <w:tcW w:w="2493" w:type="dxa"/>
            <w:shd w:val="clear" w:color="auto" w:fill="D9EAF7"/>
            <w:vAlign w:val="center"/>
          </w:tcPr>
          <w:p w:rsidR="000A633D" w:rsidRDefault="00000000">
            <w:r>
              <w:rPr>
                <w:b/>
              </w:rPr>
              <w:t>No</w:t>
            </w:r>
          </w:p>
        </w:tc>
        <w:tc>
          <w:tcPr>
            <w:tcW w:w="2493" w:type="dxa"/>
            <w:shd w:val="clear" w:color="auto" w:fill="D9EAF7"/>
            <w:vAlign w:val="center"/>
          </w:tcPr>
          <w:p w:rsidR="000A633D" w:rsidRDefault="00000000">
            <w:r>
              <w:rPr>
                <w:b/>
              </w:rPr>
              <w:t>Kompetensi</w:t>
            </w:r>
          </w:p>
        </w:tc>
        <w:tc>
          <w:tcPr>
            <w:tcW w:w="2493" w:type="dxa"/>
            <w:shd w:val="clear" w:color="auto" w:fill="D9EAF7"/>
            <w:vAlign w:val="center"/>
          </w:tcPr>
          <w:p w:rsidR="000A633D" w:rsidRDefault="00000000">
            <w:r>
              <w:rPr>
                <w:b/>
              </w:rPr>
              <w:t>Berhasil</w:t>
            </w:r>
          </w:p>
        </w:tc>
        <w:tc>
          <w:tcPr>
            <w:tcW w:w="2493" w:type="dxa"/>
            <w:shd w:val="clear" w:color="auto" w:fill="D9EAF7"/>
            <w:vAlign w:val="center"/>
          </w:tcPr>
          <w:p w:rsidR="000A633D" w:rsidRDefault="00000000">
            <w:r>
              <w:rPr>
                <w:b/>
              </w:rPr>
              <w:t>Belum</w:t>
            </w:r>
          </w:p>
        </w:tc>
      </w:tr>
      <w:tr w:rsidR="000A633D">
        <w:trPr>
          <w:jc w:val="center"/>
        </w:trPr>
        <w:tc>
          <w:tcPr>
            <w:tcW w:w="2493" w:type="dxa"/>
          </w:tcPr>
          <w:p w:rsidR="000A633D" w:rsidRDefault="00000000">
            <w:r>
              <w:t>1</w:t>
            </w:r>
          </w:p>
        </w:tc>
        <w:tc>
          <w:tcPr>
            <w:tcW w:w="2493" w:type="dxa"/>
          </w:tcPr>
          <w:p w:rsidR="000A633D" w:rsidRDefault="00000000">
            <w:r>
              <w:t>Membuat Virtual Machine Debian 12</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2</w:t>
            </w:r>
          </w:p>
        </w:tc>
        <w:tc>
          <w:tcPr>
            <w:tcW w:w="2493" w:type="dxa"/>
          </w:tcPr>
          <w:p w:rsidR="000A633D" w:rsidRDefault="00000000">
            <w:r>
              <w:t>Menginstal Debian 12</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3</w:t>
            </w:r>
          </w:p>
        </w:tc>
        <w:tc>
          <w:tcPr>
            <w:tcW w:w="2493" w:type="dxa"/>
          </w:tcPr>
          <w:p w:rsidR="000A633D" w:rsidRDefault="00000000">
            <w:r>
              <w:t>Mengetahui nama interface jaringan</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4</w:t>
            </w:r>
          </w:p>
        </w:tc>
        <w:tc>
          <w:tcPr>
            <w:tcW w:w="2493" w:type="dxa"/>
          </w:tcPr>
          <w:p w:rsidR="000A633D" w:rsidRDefault="00000000">
            <w:r>
              <w:t>Mengkonfigurasi DHCP Client</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5</w:t>
            </w:r>
          </w:p>
        </w:tc>
        <w:tc>
          <w:tcPr>
            <w:tcW w:w="2493" w:type="dxa"/>
          </w:tcPr>
          <w:p w:rsidR="000A633D" w:rsidRDefault="00000000">
            <w:r>
              <w:t>Mendapatkan IP Address DHCP</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6</w:t>
            </w:r>
          </w:p>
        </w:tc>
        <w:tc>
          <w:tcPr>
            <w:tcW w:w="2493" w:type="dxa"/>
          </w:tcPr>
          <w:p w:rsidR="000A633D" w:rsidRDefault="00000000">
            <w:r>
              <w:t>Melakukan pengujian ping</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7</w:t>
            </w:r>
          </w:p>
        </w:tc>
        <w:tc>
          <w:tcPr>
            <w:tcW w:w="2493" w:type="dxa"/>
          </w:tcPr>
          <w:p w:rsidR="000A633D" w:rsidRDefault="00000000">
            <w:r>
              <w:t>Menginstal OpenSSH Server</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8</w:t>
            </w:r>
          </w:p>
        </w:tc>
        <w:tc>
          <w:tcPr>
            <w:tcW w:w="2493" w:type="dxa"/>
          </w:tcPr>
          <w:p w:rsidR="000A633D" w:rsidRDefault="00000000">
            <w:r>
              <w:t>Memeriksa status SSH</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9</w:t>
            </w:r>
          </w:p>
        </w:tc>
        <w:tc>
          <w:tcPr>
            <w:tcW w:w="2493" w:type="dxa"/>
          </w:tcPr>
          <w:p w:rsidR="000A633D" w:rsidRDefault="00000000">
            <w:r>
              <w:t>Menguji SSH dari Windows</w:t>
            </w:r>
          </w:p>
        </w:tc>
        <w:tc>
          <w:tcPr>
            <w:tcW w:w="2493" w:type="dxa"/>
          </w:tcPr>
          <w:p w:rsidR="000A633D" w:rsidRDefault="00000000">
            <w:r>
              <w:t>☐</w:t>
            </w:r>
          </w:p>
        </w:tc>
        <w:tc>
          <w:tcPr>
            <w:tcW w:w="2493" w:type="dxa"/>
          </w:tcPr>
          <w:p w:rsidR="000A633D" w:rsidRDefault="00000000">
            <w:r>
              <w:t>☐</w:t>
            </w:r>
          </w:p>
        </w:tc>
      </w:tr>
      <w:tr w:rsidR="000A633D">
        <w:trPr>
          <w:jc w:val="center"/>
        </w:trPr>
        <w:tc>
          <w:tcPr>
            <w:tcW w:w="2493" w:type="dxa"/>
          </w:tcPr>
          <w:p w:rsidR="000A633D" w:rsidRDefault="00000000">
            <w:r>
              <w:t>10</w:t>
            </w:r>
          </w:p>
        </w:tc>
        <w:tc>
          <w:tcPr>
            <w:tcW w:w="2493" w:type="dxa"/>
          </w:tcPr>
          <w:p w:rsidR="000A633D" w:rsidRDefault="00000000">
            <w:r>
              <w:t>Melakukan troubleshooting sederhana</w:t>
            </w:r>
          </w:p>
        </w:tc>
        <w:tc>
          <w:tcPr>
            <w:tcW w:w="2493" w:type="dxa"/>
          </w:tcPr>
          <w:p w:rsidR="000A633D" w:rsidRDefault="00000000">
            <w:r>
              <w:t>☐</w:t>
            </w:r>
          </w:p>
        </w:tc>
        <w:tc>
          <w:tcPr>
            <w:tcW w:w="2493" w:type="dxa"/>
          </w:tcPr>
          <w:p w:rsidR="000A633D" w:rsidRDefault="00000000">
            <w:r>
              <w:t>☐</w:t>
            </w:r>
          </w:p>
        </w:tc>
      </w:tr>
    </w:tbl>
    <w:p w:rsidR="000A633D" w:rsidRDefault="00000000">
      <w:pPr>
        <w:pStyle w:val="Heading1"/>
      </w:pPr>
      <w:r>
        <w:t>K. PENILAIAN</w:t>
      </w:r>
    </w:p>
    <w:tbl>
      <w:tblPr>
        <w:tblStyle w:val="TableGrid"/>
        <w:tblW w:w="0" w:type="auto"/>
        <w:jc w:val="center"/>
        <w:tblLook w:val="04A0" w:firstRow="1" w:lastRow="0" w:firstColumn="1" w:lastColumn="0" w:noHBand="0" w:noVBand="1"/>
      </w:tblPr>
      <w:tblGrid>
        <w:gridCol w:w="4986"/>
        <w:gridCol w:w="4986"/>
      </w:tblGrid>
      <w:tr w:rsidR="000A633D">
        <w:trPr>
          <w:jc w:val="center"/>
        </w:trPr>
        <w:tc>
          <w:tcPr>
            <w:tcW w:w="4986" w:type="dxa"/>
            <w:shd w:val="clear" w:color="auto" w:fill="D9EAF7"/>
            <w:vAlign w:val="center"/>
          </w:tcPr>
          <w:p w:rsidR="000A633D" w:rsidRDefault="00000000">
            <w:r>
              <w:rPr>
                <w:b/>
              </w:rPr>
              <w:t>Komponen</w:t>
            </w:r>
          </w:p>
        </w:tc>
        <w:tc>
          <w:tcPr>
            <w:tcW w:w="4986" w:type="dxa"/>
            <w:shd w:val="clear" w:color="auto" w:fill="D9EAF7"/>
            <w:vAlign w:val="center"/>
          </w:tcPr>
          <w:p w:rsidR="000A633D" w:rsidRDefault="00000000">
            <w:r>
              <w:rPr>
                <w:b/>
              </w:rPr>
              <w:t>Bobot</w:t>
            </w:r>
          </w:p>
        </w:tc>
      </w:tr>
      <w:tr w:rsidR="000A633D">
        <w:trPr>
          <w:jc w:val="center"/>
        </w:trPr>
        <w:tc>
          <w:tcPr>
            <w:tcW w:w="4986" w:type="dxa"/>
          </w:tcPr>
          <w:p w:rsidR="000A633D" w:rsidRDefault="00000000">
            <w:r>
              <w:t>Instalasi Debian 12</w:t>
            </w:r>
          </w:p>
        </w:tc>
        <w:tc>
          <w:tcPr>
            <w:tcW w:w="4986" w:type="dxa"/>
          </w:tcPr>
          <w:p w:rsidR="000A633D" w:rsidRDefault="00000000">
            <w:r>
              <w:t>25%</w:t>
            </w:r>
          </w:p>
        </w:tc>
      </w:tr>
      <w:tr w:rsidR="000A633D">
        <w:trPr>
          <w:jc w:val="center"/>
        </w:trPr>
        <w:tc>
          <w:tcPr>
            <w:tcW w:w="4986" w:type="dxa"/>
          </w:tcPr>
          <w:p w:rsidR="000A633D" w:rsidRDefault="00000000">
            <w:r>
              <w:t>Konfigurasi DHCP Client</w:t>
            </w:r>
          </w:p>
        </w:tc>
        <w:tc>
          <w:tcPr>
            <w:tcW w:w="4986" w:type="dxa"/>
          </w:tcPr>
          <w:p w:rsidR="000A633D" w:rsidRDefault="00000000">
            <w:r>
              <w:t>20%</w:t>
            </w:r>
          </w:p>
        </w:tc>
      </w:tr>
      <w:tr w:rsidR="000A633D">
        <w:trPr>
          <w:jc w:val="center"/>
        </w:trPr>
        <w:tc>
          <w:tcPr>
            <w:tcW w:w="4986" w:type="dxa"/>
          </w:tcPr>
          <w:p w:rsidR="000A633D" w:rsidRDefault="00000000">
            <w:r>
              <w:t>Pengujian koneksi jaringan</w:t>
            </w:r>
          </w:p>
        </w:tc>
        <w:tc>
          <w:tcPr>
            <w:tcW w:w="4986" w:type="dxa"/>
          </w:tcPr>
          <w:p w:rsidR="000A633D" w:rsidRDefault="00000000">
            <w:r>
              <w:t>15%</w:t>
            </w:r>
          </w:p>
        </w:tc>
      </w:tr>
      <w:tr w:rsidR="000A633D">
        <w:trPr>
          <w:jc w:val="center"/>
        </w:trPr>
        <w:tc>
          <w:tcPr>
            <w:tcW w:w="4986" w:type="dxa"/>
          </w:tcPr>
          <w:p w:rsidR="000A633D" w:rsidRDefault="00000000">
            <w:r>
              <w:t>Instalasi &amp; konfigurasi SSH</w:t>
            </w:r>
          </w:p>
        </w:tc>
        <w:tc>
          <w:tcPr>
            <w:tcW w:w="4986" w:type="dxa"/>
          </w:tcPr>
          <w:p w:rsidR="000A633D" w:rsidRDefault="00000000">
            <w:r>
              <w:t>20%</w:t>
            </w:r>
          </w:p>
        </w:tc>
      </w:tr>
      <w:tr w:rsidR="000A633D">
        <w:trPr>
          <w:jc w:val="center"/>
        </w:trPr>
        <w:tc>
          <w:tcPr>
            <w:tcW w:w="4986" w:type="dxa"/>
          </w:tcPr>
          <w:p w:rsidR="000A633D" w:rsidRDefault="00000000">
            <w:r>
              <w:t>Pengujian remote SSH</w:t>
            </w:r>
          </w:p>
        </w:tc>
        <w:tc>
          <w:tcPr>
            <w:tcW w:w="4986" w:type="dxa"/>
          </w:tcPr>
          <w:p w:rsidR="000A633D" w:rsidRDefault="00000000">
            <w:r>
              <w:t>10%</w:t>
            </w:r>
          </w:p>
        </w:tc>
      </w:tr>
      <w:tr w:rsidR="000A633D">
        <w:trPr>
          <w:jc w:val="center"/>
        </w:trPr>
        <w:tc>
          <w:tcPr>
            <w:tcW w:w="4986" w:type="dxa"/>
          </w:tcPr>
          <w:p w:rsidR="000A633D" w:rsidRDefault="00000000">
            <w:r>
              <w:t>Kerapian dokumentasi</w:t>
            </w:r>
          </w:p>
        </w:tc>
        <w:tc>
          <w:tcPr>
            <w:tcW w:w="4986" w:type="dxa"/>
          </w:tcPr>
          <w:p w:rsidR="000A633D" w:rsidRDefault="00000000">
            <w:r>
              <w:t>10%</w:t>
            </w:r>
          </w:p>
        </w:tc>
      </w:tr>
      <w:tr w:rsidR="000A633D">
        <w:trPr>
          <w:jc w:val="center"/>
        </w:trPr>
        <w:tc>
          <w:tcPr>
            <w:tcW w:w="4986" w:type="dxa"/>
          </w:tcPr>
          <w:p w:rsidR="000A633D" w:rsidRDefault="00000000">
            <w:r>
              <w:t>Total</w:t>
            </w:r>
          </w:p>
        </w:tc>
        <w:tc>
          <w:tcPr>
            <w:tcW w:w="4986" w:type="dxa"/>
          </w:tcPr>
          <w:p w:rsidR="000A633D" w:rsidRDefault="00000000">
            <w:r>
              <w:t>100%</w:t>
            </w:r>
          </w:p>
        </w:tc>
      </w:tr>
    </w:tbl>
    <w:p w:rsidR="000A633D" w:rsidRDefault="00000000">
      <w:r>
        <w:t>Kriteria ketuntasan: peserta didik mampu menginstal Debian 12, memperoleh IP melalui DHCP, menguji koneksi jaringan, menginstal dan menjalankan SSH Server, melakukan remote login dari Windows, serta mendokumentasikan hasil praktik.</w:t>
      </w:r>
    </w:p>
    <w:p w:rsidR="000A633D" w:rsidRDefault="000A633D"/>
    <w:tbl>
      <w:tblPr>
        <w:tblStyle w:val="TableGrid"/>
        <w:tblW w:w="0" w:type="auto"/>
        <w:jc w:val="center"/>
        <w:tblLook w:val="04A0" w:firstRow="1" w:lastRow="0" w:firstColumn="1" w:lastColumn="0" w:noHBand="0" w:noVBand="1"/>
      </w:tblPr>
      <w:tblGrid>
        <w:gridCol w:w="5818"/>
        <w:gridCol w:w="4370"/>
      </w:tblGrid>
      <w:tr w:rsidR="000A633D">
        <w:trPr>
          <w:jc w:val="center"/>
        </w:trPr>
        <w:tc>
          <w:tcPr>
            <w:tcW w:w="4986" w:type="dxa"/>
            <w:shd w:val="clear" w:color="auto" w:fill="D9EAF7"/>
            <w:vAlign w:val="center"/>
          </w:tcPr>
          <w:p w:rsidR="000A633D" w:rsidRDefault="00000000">
            <w:r>
              <w:rPr>
                <w:b/>
              </w:rPr>
              <w:t>Catatan Guru</w:t>
            </w:r>
          </w:p>
        </w:tc>
        <w:tc>
          <w:tcPr>
            <w:tcW w:w="4986" w:type="dxa"/>
            <w:shd w:val="clear" w:color="auto" w:fill="D9EAF7"/>
            <w:vAlign w:val="center"/>
          </w:tcPr>
          <w:p w:rsidR="000A633D" w:rsidRDefault="000A633D"/>
        </w:tc>
      </w:tr>
      <w:tr w:rsidR="000A633D">
        <w:trPr>
          <w:jc w:val="center"/>
        </w:trPr>
        <w:tc>
          <w:tcPr>
            <w:tcW w:w="4986" w:type="dxa"/>
          </w:tcPr>
          <w:p w:rsidR="000A633D" w:rsidRDefault="00000000">
            <w:r>
              <w:t>................................................................................................</w:t>
            </w:r>
          </w:p>
        </w:tc>
        <w:tc>
          <w:tcPr>
            <w:tcW w:w="4986" w:type="dxa"/>
          </w:tcPr>
          <w:p w:rsidR="000A633D" w:rsidRDefault="000A633D"/>
        </w:tc>
      </w:tr>
      <w:tr w:rsidR="000A633D">
        <w:trPr>
          <w:jc w:val="center"/>
        </w:trPr>
        <w:tc>
          <w:tcPr>
            <w:tcW w:w="4986" w:type="dxa"/>
          </w:tcPr>
          <w:p w:rsidR="000A633D" w:rsidRDefault="00000000">
            <w:r>
              <w:t>................................................................................................</w:t>
            </w:r>
          </w:p>
        </w:tc>
        <w:tc>
          <w:tcPr>
            <w:tcW w:w="4986" w:type="dxa"/>
          </w:tcPr>
          <w:p w:rsidR="000A633D" w:rsidRDefault="000A633D"/>
        </w:tc>
      </w:tr>
      <w:tr w:rsidR="000A633D">
        <w:trPr>
          <w:jc w:val="center"/>
        </w:trPr>
        <w:tc>
          <w:tcPr>
            <w:tcW w:w="4986" w:type="dxa"/>
          </w:tcPr>
          <w:p w:rsidR="000A633D" w:rsidRDefault="00000000">
            <w:r>
              <w:t>Nilai: ........................</w:t>
            </w:r>
          </w:p>
        </w:tc>
        <w:tc>
          <w:tcPr>
            <w:tcW w:w="4986" w:type="dxa"/>
          </w:tcPr>
          <w:p w:rsidR="000A633D" w:rsidRDefault="00000000">
            <w:r>
              <w:t>Paraf Guru: ........................</w:t>
            </w:r>
          </w:p>
        </w:tc>
      </w:tr>
    </w:tbl>
    <w:p w:rsidR="002B4321" w:rsidRDefault="002B4321"/>
    <w:sectPr w:rsidR="002B4321" w:rsidSect="00034616">
      <w:footerReference w:type="default" r:id="rId8"/>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B4321" w:rsidRDefault="002B4321">
      <w:pPr>
        <w:spacing w:after="0" w:line="240" w:lineRule="auto"/>
      </w:pPr>
      <w:r>
        <w:separator/>
      </w:r>
    </w:p>
  </w:endnote>
  <w:endnote w:type="continuationSeparator" w:id="0">
    <w:p w:rsidR="002B4321" w:rsidRDefault="002B4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A633D" w:rsidRDefault="00000000">
    <w:pPr>
      <w:pStyle w:val="Footer"/>
      <w:jc w:val="center"/>
    </w:pPr>
    <w:r>
      <w:t>LKPD Administrasi Sistem Jaringan — XI TKJ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B4321" w:rsidRDefault="002B4321">
      <w:pPr>
        <w:spacing w:after="0" w:line="240" w:lineRule="auto"/>
      </w:pPr>
      <w:r>
        <w:separator/>
      </w:r>
    </w:p>
  </w:footnote>
  <w:footnote w:type="continuationSeparator" w:id="0">
    <w:p w:rsidR="002B4321" w:rsidRDefault="002B43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9584020">
    <w:abstractNumId w:val="8"/>
  </w:num>
  <w:num w:numId="2" w16cid:durableId="1891771322">
    <w:abstractNumId w:val="6"/>
  </w:num>
  <w:num w:numId="3" w16cid:durableId="53744558">
    <w:abstractNumId w:val="5"/>
  </w:num>
  <w:num w:numId="4" w16cid:durableId="289361422">
    <w:abstractNumId w:val="4"/>
  </w:num>
  <w:num w:numId="5" w16cid:durableId="931547734">
    <w:abstractNumId w:val="7"/>
  </w:num>
  <w:num w:numId="6" w16cid:durableId="1959027210">
    <w:abstractNumId w:val="3"/>
  </w:num>
  <w:num w:numId="7" w16cid:durableId="2099012804">
    <w:abstractNumId w:val="2"/>
  </w:num>
  <w:num w:numId="8" w16cid:durableId="449588078">
    <w:abstractNumId w:val="1"/>
  </w:num>
  <w:num w:numId="9" w16cid:durableId="1412308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33D"/>
    <w:rsid w:val="0015074B"/>
    <w:rsid w:val="0029639D"/>
    <w:rsid w:val="002B4321"/>
    <w:rsid w:val="00326F90"/>
    <w:rsid w:val="00651EEB"/>
    <w:rsid w:val="00A13D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E5F537"/>
  <w14:defaultImageDpi w14:val="300"/>
  <w15:docId w15:val="{D9045334-7F7E-B041-A7F2-76491B35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1482</Words>
  <Characters>8453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Zainal Arifin</cp:lastModifiedBy>
  <cp:revision>2</cp:revision>
  <dcterms:created xsi:type="dcterms:W3CDTF">2013-12-23T23:15:00Z</dcterms:created>
  <dcterms:modified xsi:type="dcterms:W3CDTF">2026-09-01T04:01:00Z</dcterms:modified>
  <cp:category/>
</cp:coreProperties>
</file>